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9ABA4" w14:textId="4A508C54" w:rsidR="00B04808" w:rsidRPr="00B04808" w:rsidRDefault="00B04808" w:rsidP="00B04808">
      <w:pPr>
        <w:pStyle w:val="Heading1"/>
        <w:rPr>
          <w:rFonts w:eastAsia="Malgun Gothic"/>
          <w:lang w:eastAsia="ko-KR"/>
        </w:rPr>
      </w:pPr>
      <w:r>
        <w:rPr>
          <w:rFonts w:eastAsia="Malgun Gothic" w:hint="eastAsia"/>
          <w:lang w:eastAsia="ko-KR"/>
        </w:rPr>
        <w:t xml:space="preserve">                                      </w:t>
      </w:r>
      <w:r w:rsidRPr="00B04808">
        <w:rPr>
          <w:rFonts w:eastAsia="Malgun Gothic"/>
          <w:noProof/>
          <w:lang w:eastAsia="ko-KR"/>
        </w:rPr>
        <w:drawing>
          <wp:inline distT="0" distB="0" distL="0" distR="0" wp14:anchorId="5B240DCA" wp14:editId="099E9BD9">
            <wp:extent cx="1178947" cy="640715"/>
            <wp:effectExtent l="0" t="0" r="2540" b="6985"/>
            <wp:docPr id="1378575655" name="Picture 1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75655" name="Picture 1" descr="A logo of a company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7670" cy="65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lang w:eastAsia="ko-KR"/>
        </w:rPr>
        <w:t xml:space="preserve">    </w:t>
      </w:r>
      <w:r>
        <w:rPr>
          <w:noProof/>
        </w:rPr>
        <w:drawing>
          <wp:inline distT="0" distB="0" distL="0" distR="0" wp14:anchorId="2DDD8288" wp14:editId="28D80A13">
            <wp:extent cx="1087663" cy="603250"/>
            <wp:effectExtent l="0" t="0" r="0" b="6350"/>
            <wp:docPr id="395208101" name="Picture 1" descr="A logo with a circle and a letter 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08101" name="Picture 1" descr="A logo with a circle and a letter 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86" cy="6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A13A3" w14:textId="14240D4F" w:rsidR="00101F24" w:rsidRDefault="00B04808">
      <w:pPr>
        <w:pStyle w:val="Heading1"/>
        <w:jc w:val="center"/>
        <w:rPr>
          <w:lang w:eastAsia="ko-KR"/>
        </w:rPr>
      </w:pPr>
      <w:r>
        <w:rPr>
          <w:rFonts w:eastAsia="Malgun Gothic" w:hint="eastAsia"/>
          <w:lang w:eastAsia="ko-KR"/>
        </w:rPr>
        <w:t xml:space="preserve">EAST-Elim </w:t>
      </w:r>
      <w:r>
        <w:rPr>
          <w:lang w:eastAsia="ko-KR"/>
        </w:rPr>
        <w:t>기독교상담</w:t>
      </w:r>
      <w:r>
        <w:rPr>
          <w:lang w:eastAsia="ko-KR"/>
        </w:rPr>
        <w:t xml:space="preserve"> 1</w:t>
      </w:r>
      <w:r>
        <w:rPr>
          <w:lang w:eastAsia="ko-KR"/>
        </w:rPr>
        <w:t>년</w:t>
      </w:r>
      <w:r>
        <w:rPr>
          <w:lang w:eastAsia="ko-KR"/>
        </w:rPr>
        <w:t xml:space="preserve"> </w:t>
      </w:r>
      <w:r>
        <w:rPr>
          <w:lang w:eastAsia="ko-KR"/>
        </w:rPr>
        <w:t>수료증</w:t>
      </w:r>
      <w:r>
        <w:rPr>
          <w:lang w:eastAsia="ko-KR"/>
        </w:rPr>
        <w:t xml:space="preserve"> </w:t>
      </w:r>
      <w:r>
        <w:rPr>
          <w:lang w:eastAsia="ko-KR"/>
        </w:rPr>
        <w:t>과정</w:t>
      </w:r>
      <w:r>
        <w:rPr>
          <w:lang w:eastAsia="ko-KR"/>
        </w:rPr>
        <w:br/>
      </w:r>
      <w:r>
        <w:rPr>
          <w:lang w:eastAsia="ko-KR"/>
        </w:rPr>
        <w:t>출석교회</w:t>
      </w:r>
      <w:r>
        <w:rPr>
          <w:lang w:eastAsia="ko-KR"/>
        </w:rPr>
        <w:t xml:space="preserve"> </w:t>
      </w:r>
      <w:r>
        <w:rPr>
          <w:lang w:eastAsia="ko-KR"/>
        </w:rPr>
        <w:t>담임목사</w:t>
      </w:r>
      <w:r>
        <w:rPr>
          <w:lang w:eastAsia="ko-KR"/>
        </w:rPr>
        <w:t xml:space="preserve"> </w:t>
      </w:r>
      <w:r>
        <w:rPr>
          <w:lang w:eastAsia="ko-KR"/>
        </w:rPr>
        <w:t>추천서</w:t>
      </w:r>
    </w:p>
    <w:p w14:paraId="40802344" w14:textId="3E160E8D" w:rsidR="00101F24" w:rsidRPr="00B04808" w:rsidRDefault="00000000">
      <w:pPr>
        <w:rPr>
          <w:b/>
          <w:bCs/>
          <w:lang w:eastAsia="ko-KR"/>
        </w:rPr>
      </w:pPr>
      <w:r w:rsidRPr="00B04808">
        <w:rPr>
          <w:b/>
          <w:bCs/>
          <w:lang w:eastAsia="ko-KR"/>
        </w:rPr>
        <w:t>수신</w:t>
      </w:r>
      <w:r w:rsidRPr="00B04808">
        <w:rPr>
          <w:b/>
          <w:bCs/>
          <w:lang w:eastAsia="ko-KR"/>
        </w:rPr>
        <w:t xml:space="preserve">: </w:t>
      </w:r>
      <w:r w:rsidR="00B04808" w:rsidRPr="00B04808">
        <w:rPr>
          <w:rFonts w:eastAsia="Malgun Gothic" w:hint="eastAsia"/>
          <w:b/>
          <w:bCs/>
          <w:lang w:eastAsia="ko-KR"/>
        </w:rPr>
        <w:t>EAST-Elim</w:t>
      </w:r>
      <w:r w:rsidRPr="00B04808">
        <w:rPr>
          <w:b/>
          <w:bCs/>
          <w:lang w:eastAsia="ko-KR"/>
        </w:rPr>
        <w:br/>
      </w:r>
    </w:p>
    <w:p w14:paraId="0ED5B362" w14:textId="1CA1B16E" w:rsidR="00101F24" w:rsidRDefault="00000000">
      <w:pPr>
        <w:rPr>
          <w:lang w:eastAsia="ko-KR"/>
        </w:rPr>
      </w:pPr>
      <w:r>
        <w:rPr>
          <w:lang w:eastAsia="ko-KR"/>
        </w:rPr>
        <w:t>본인은</w:t>
      </w:r>
      <w:r>
        <w:rPr>
          <w:lang w:eastAsia="ko-KR"/>
        </w:rPr>
        <w:t xml:space="preserve"> </w:t>
      </w:r>
      <w:r>
        <w:rPr>
          <w:lang w:eastAsia="ko-KR"/>
        </w:rPr>
        <w:t>아래의</w:t>
      </w:r>
      <w:r>
        <w:rPr>
          <w:lang w:eastAsia="ko-KR"/>
        </w:rPr>
        <w:t xml:space="preserve"> </w:t>
      </w:r>
      <w:r>
        <w:rPr>
          <w:lang w:eastAsia="ko-KR"/>
        </w:rPr>
        <w:t>지원자가</w:t>
      </w:r>
      <w:r>
        <w:rPr>
          <w:lang w:eastAsia="ko-KR"/>
        </w:rPr>
        <w:t xml:space="preserve"> </w:t>
      </w:r>
      <w:r w:rsidR="00B04808">
        <w:rPr>
          <w:rFonts w:eastAsia="Malgun Gothic" w:hint="eastAsia"/>
          <w:lang w:eastAsia="ko-KR"/>
        </w:rPr>
        <w:t>EAST-Elim</w:t>
      </w:r>
      <w:r>
        <w:rPr>
          <w:lang w:eastAsia="ko-KR"/>
        </w:rPr>
        <w:t>에서</w:t>
      </w:r>
      <w:r>
        <w:rPr>
          <w:lang w:eastAsia="ko-KR"/>
        </w:rPr>
        <w:t xml:space="preserve"> </w:t>
      </w:r>
      <w:r w:rsidR="00B04808">
        <w:rPr>
          <w:rFonts w:ascii="Malgun Gothic" w:eastAsia="Malgun Gothic" w:hAnsi="Malgun Gothic" w:cs="Malgun Gothic" w:hint="eastAsia"/>
          <w:lang w:eastAsia="ko-KR"/>
        </w:rPr>
        <w:t>개설한</w:t>
      </w:r>
      <w:r>
        <w:rPr>
          <w:lang w:eastAsia="ko-KR"/>
        </w:rPr>
        <w:t xml:space="preserve"> </w:t>
      </w:r>
      <w:r>
        <w:rPr>
          <w:lang w:eastAsia="ko-KR"/>
        </w:rPr>
        <w:t>기독교상담</w:t>
      </w:r>
      <w:r>
        <w:rPr>
          <w:lang w:eastAsia="ko-KR"/>
        </w:rPr>
        <w:t xml:space="preserve"> 1</w:t>
      </w:r>
      <w:r>
        <w:rPr>
          <w:lang w:eastAsia="ko-KR"/>
        </w:rPr>
        <w:t>년</w:t>
      </w:r>
      <w:r>
        <w:rPr>
          <w:lang w:eastAsia="ko-KR"/>
        </w:rPr>
        <w:t xml:space="preserve"> </w:t>
      </w:r>
      <w:r>
        <w:rPr>
          <w:lang w:eastAsia="ko-KR"/>
        </w:rPr>
        <w:t>수료증</w:t>
      </w:r>
      <w:r>
        <w:rPr>
          <w:lang w:eastAsia="ko-KR"/>
        </w:rPr>
        <w:t xml:space="preserve"> </w:t>
      </w:r>
      <w:r>
        <w:rPr>
          <w:lang w:eastAsia="ko-KR"/>
        </w:rPr>
        <w:t>과정에</w:t>
      </w:r>
      <w:r>
        <w:rPr>
          <w:lang w:eastAsia="ko-KR"/>
        </w:rPr>
        <w:t xml:space="preserve"> </w:t>
      </w:r>
      <w:r>
        <w:rPr>
          <w:lang w:eastAsia="ko-KR"/>
        </w:rPr>
        <w:t>지원함에</w:t>
      </w:r>
      <w:r>
        <w:rPr>
          <w:lang w:eastAsia="ko-KR"/>
        </w:rPr>
        <w:t xml:space="preserve"> </w:t>
      </w:r>
      <w:r>
        <w:rPr>
          <w:lang w:eastAsia="ko-KR"/>
        </w:rPr>
        <w:t>있어</w:t>
      </w:r>
      <w:r>
        <w:rPr>
          <w:lang w:eastAsia="ko-KR"/>
        </w:rPr>
        <w:t xml:space="preserve">, </w:t>
      </w:r>
      <w:r>
        <w:rPr>
          <w:lang w:eastAsia="ko-KR"/>
        </w:rPr>
        <w:t>그</w:t>
      </w:r>
      <w:r>
        <w:rPr>
          <w:lang w:eastAsia="ko-KR"/>
        </w:rPr>
        <w:t xml:space="preserve"> </w:t>
      </w:r>
      <w:r>
        <w:rPr>
          <w:lang w:eastAsia="ko-KR"/>
        </w:rPr>
        <w:t>신앙과</w:t>
      </w:r>
      <w:r>
        <w:rPr>
          <w:lang w:eastAsia="ko-KR"/>
        </w:rPr>
        <w:t xml:space="preserve"> </w:t>
      </w:r>
      <w:r>
        <w:rPr>
          <w:lang w:eastAsia="ko-KR"/>
        </w:rPr>
        <w:t>인격</w:t>
      </w:r>
      <w:r>
        <w:rPr>
          <w:lang w:eastAsia="ko-KR"/>
        </w:rPr>
        <w:t xml:space="preserve">, </w:t>
      </w:r>
      <w:r>
        <w:rPr>
          <w:lang w:eastAsia="ko-KR"/>
        </w:rPr>
        <w:t>사역에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자세를</w:t>
      </w:r>
      <w:r>
        <w:rPr>
          <w:lang w:eastAsia="ko-KR"/>
        </w:rPr>
        <w:t xml:space="preserve"> </w:t>
      </w:r>
      <w:r>
        <w:rPr>
          <w:lang w:eastAsia="ko-KR"/>
        </w:rPr>
        <w:t>바탕으로</w:t>
      </w:r>
      <w:r>
        <w:rPr>
          <w:lang w:eastAsia="ko-KR"/>
        </w:rPr>
        <w:t xml:space="preserve"> </w:t>
      </w:r>
      <w:r>
        <w:rPr>
          <w:lang w:eastAsia="ko-KR"/>
        </w:rPr>
        <w:t>추천의</w:t>
      </w:r>
      <w:r>
        <w:rPr>
          <w:lang w:eastAsia="ko-KR"/>
        </w:rPr>
        <w:t xml:space="preserve"> </w:t>
      </w:r>
      <w:r>
        <w:rPr>
          <w:lang w:eastAsia="ko-KR"/>
        </w:rPr>
        <w:t>글을</w:t>
      </w:r>
      <w:r>
        <w:rPr>
          <w:lang w:eastAsia="ko-KR"/>
        </w:rPr>
        <w:t xml:space="preserve"> </w:t>
      </w:r>
      <w:r>
        <w:rPr>
          <w:lang w:eastAsia="ko-KR"/>
        </w:rPr>
        <w:t>드립니다</w:t>
      </w:r>
      <w:r>
        <w:rPr>
          <w:lang w:eastAsia="ko-KR"/>
        </w:rPr>
        <w:t>.</w:t>
      </w:r>
    </w:p>
    <w:p w14:paraId="374F7B9D" w14:textId="77777777" w:rsidR="00101F24" w:rsidRDefault="00000000">
      <w:pPr>
        <w:pStyle w:val="Heading2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지원자</w:t>
      </w:r>
      <w:r>
        <w:rPr>
          <w:lang w:eastAsia="ko-KR"/>
        </w:rPr>
        <w:t xml:space="preserve"> </w:t>
      </w:r>
      <w:r>
        <w:rPr>
          <w:lang w:eastAsia="ko-KR"/>
        </w:rPr>
        <w:t>인적사항</w:t>
      </w:r>
    </w:p>
    <w:p w14:paraId="7F45F4AC" w14:textId="77777777" w:rsidR="00101F24" w:rsidRDefault="00000000">
      <w:pPr>
        <w:rPr>
          <w:lang w:eastAsia="ko-KR"/>
        </w:rPr>
      </w:pPr>
      <w:r>
        <w:rPr>
          <w:lang w:eastAsia="ko-KR"/>
        </w:rPr>
        <w:t>성명</w:t>
      </w:r>
      <w:r>
        <w:rPr>
          <w:lang w:eastAsia="ko-KR"/>
        </w:rPr>
        <w:t>: ___________________________________</w:t>
      </w:r>
    </w:p>
    <w:p w14:paraId="39C864FE" w14:textId="77777777" w:rsidR="00101F24" w:rsidRDefault="00000000">
      <w:pPr>
        <w:rPr>
          <w:lang w:eastAsia="ko-KR"/>
        </w:rPr>
      </w:pPr>
      <w:r>
        <w:rPr>
          <w:lang w:eastAsia="ko-KR"/>
        </w:rPr>
        <w:t>생년월일</w:t>
      </w:r>
      <w:r>
        <w:rPr>
          <w:lang w:eastAsia="ko-KR"/>
        </w:rPr>
        <w:t>: ________________________________</w:t>
      </w:r>
    </w:p>
    <w:p w14:paraId="57D73D83" w14:textId="77777777" w:rsidR="00101F24" w:rsidRDefault="00000000">
      <w:pPr>
        <w:rPr>
          <w:lang w:eastAsia="ko-KR"/>
        </w:rPr>
      </w:pPr>
      <w:r>
        <w:rPr>
          <w:lang w:eastAsia="ko-KR"/>
        </w:rPr>
        <w:t>출석교회</w:t>
      </w:r>
      <w:r>
        <w:rPr>
          <w:lang w:eastAsia="ko-KR"/>
        </w:rPr>
        <w:t>: ________________________________</w:t>
      </w:r>
    </w:p>
    <w:p w14:paraId="775FB13D" w14:textId="77777777" w:rsidR="00101F24" w:rsidRDefault="00000000">
      <w:pPr>
        <w:rPr>
          <w:lang w:eastAsia="ko-KR"/>
        </w:rPr>
      </w:pPr>
      <w:r>
        <w:rPr>
          <w:lang w:eastAsia="ko-KR"/>
        </w:rPr>
        <w:t>소속</w:t>
      </w:r>
      <w:r>
        <w:rPr>
          <w:lang w:eastAsia="ko-KR"/>
        </w:rPr>
        <w:t xml:space="preserve"> </w:t>
      </w:r>
      <w:r>
        <w:rPr>
          <w:lang w:eastAsia="ko-KR"/>
        </w:rPr>
        <w:t>교단</w:t>
      </w:r>
      <w:r>
        <w:rPr>
          <w:lang w:eastAsia="ko-KR"/>
        </w:rPr>
        <w:t>(</w:t>
      </w:r>
      <w:r>
        <w:rPr>
          <w:lang w:eastAsia="ko-KR"/>
        </w:rPr>
        <w:t>선택</w:t>
      </w:r>
      <w:r>
        <w:rPr>
          <w:lang w:eastAsia="ko-KR"/>
        </w:rPr>
        <w:t>): __________________________</w:t>
      </w:r>
    </w:p>
    <w:p w14:paraId="2D1F6B85" w14:textId="77777777" w:rsidR="00101F24" w:rsidRDefault="00000000">
      <w:pPr>
        <w:rPr>
          <w:lang w:eastAsia="ko-KR"/>
        </w:rPr>
      </w:pPr>
      <w:r>
        <w:rPr>
          <w:lang w:eastAsia="ko-KR"/>
        </w:rPr>
        <w:t>출석기간</w:t>
      </w:r>
      <w:r>
        <w:rPr>
          <w:lang w:eastAsia="ko-KR"/>
        </w:rPr>
        <w:t>: __________</w:t>
      </w:r>
      <w:r>
        <w:rPr>
          <w:lang w:eastAsia="ko-KR"/>
        </w:rPr>
        <w:t>년</w:t>
      </w:r>
      <w:r>
        <w:rPr>
          <w:lang w:eastAsia="ko-KR"/>
        </w:rPr>
        <w:t xml:space="preserve"> ________</w:t>
      </w:r>
      <w:r>
        <w:rPr>
          <w:lang w:eastAsia="ko-KR"/>
        </w:rPr>
        <w:t>월부터</w:t>
      </w:r>
      <w:r>
        <w:rPr>
          <w:lang w:eastAsia="ko-KR"/>
        </w:rPr>
        <w:t xml:space="preserve"> </w:t>
      </w:r>
      <w:r>
        <w:rPr>
          <w:lang w:eastAsia="ko-KR"/>
        </w:rPr>
        <w:t>현재까지</w:t>
      </w:r>
    </w:p>
    <w:p w14:paraId="4736C249" w14:textId="77777777" w:rsidR="00101F24" w:rsidRDefault="00000000">
      <w:pPr>
        <w:rPr>
          <w:rFonts w:eastAsia="Malgun Gothic"/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t>위</w:t>
      </w:r>
      <w:r>
        <w:rPr>
          <w:lang w:eastAsia="ko-KR"/>
        </w:rPr>
        <w:t xml:space="preserve"> </w:t>
      </w:r>
      <w:r>
        <w:rPr>
          <w:lang w:eastAsia="ko-KR"/>
        </w:rPr>
        <w:t>추천서는</w:t>
      </w:r>
      <w:r>
        <w:rPr>
          <w:lang w:eastAsia="ko-KR"/>
        </w:rPr>
        <w:t xml:space="preserve"> </w:t>
      </w:r>
      <w:r>
        <w:rPr>
          <w:lang w:eastAsia="ko-KR"/>
        </w:rPr>
        <w:t>기독교상담</w:t>
      </w:r>
      <w:r>
        <w:rPr>
          <w:lang w:eastAsia="ko-KR"/>
        </w:rPr>
        <w:t xml:space="preserve"> </w:t>
      </w:r>
      <w:r>
        <w:rPr>
          <w:lang w:eastAsia="ko-KR"/>
        </w:rPr>
        <w:t>수료</w:t>
      </w:r>
      <w:r>
        <w:rPr>
          <w:lang w:eastAsia="ko-KR"/>
        </w:rPr>
        <w:t xml:space="preserve"> </w:t>
      </w:r>
      <w:r>
        <w:rPr>
          <w:lang w:eastAsia="ko-KR"/>
        </w:rPr>
        <w:t>과정의</w:t>
      </w:r>
      <w:r>
        <w:rPr>
          <w:lang w:eastAsia="ko-KR"/>
        </w:rPr>
        <w:t xml:space="preserve"> </w:t>
      </w:r>
      <w:r>
        <w:rPr>
          <w:lang w:eastAsia="ko-KR"/>
        </w:rPr>
        <w:t>중요한</w:t>
      </w:r>
      <w:r>
        <w:rPr>
          <w:lang w:eastAsia="ko-KR"/>
        </w:rPr>
        <w:t xml:space="preserve"> </w:t>
      </w:r>
      <w:r>
        <w:rPr>
          <w:lang w:eastAsia="ko-KR"/>
        </w:rPr>
        <w:t>참고</w:t>
      </w:r>
      <w:r>
        <w:rPr>
          <w:lang w:eastAsia="ko-KR"/>
        </w:rPr>
        <w:t xml:space="preserve"> </w:t>
      </w:r>
      <w:r>
        <w:rPr>
          <w:lang w:eastAsia="ko-KR"/>
        </w:rPr>
        <w:t>자료로</w:t>
      </w:r>
      <w:r>
        <w:rPr>
          <w:lang w:eastAsia="ko-KR"/>
        </w:rPr>
        <w:t xml:space="preserve"> </w:t>
      </w:r>
      <w:r>
        <w:rPr>
          <w:lang w:eastAsia="ko-KR"/>
        </w:rPr>
        <w:t>활용되며</w:t>
      </w:r>
      <w:r>
        <w:rPr>
          <w:lang w:eastAsia="ko-KR"/>
        </w:rPr>
        <w:t xml:space="preserve">, </w:t>
      </w:r>
      <w:r>
        <w:rPr>
          <w:lang w:eastAsia="ko-KR"/>
        </w:rPr>
        <w:t>지원자의</w:t>
      </w:r>
      <w:r>
        <w:rPr>
          <w:lang w:eastAsia="ko-KR"/>
        </w:rPr>
        <w:t xml:space="preserve"> </w:t>
      </w:r>
      <w:r>
        <w:rPr>
          <w:lang w:eastAsia="ko-KR"/>
        </w:rPr>
        <w:t>개인정보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추천</w:t>
      </w:r>
      <w:r>
        <w:rPr>
          <w:lang w:eastAsia="ko-KR"/>
        </w:rPr>
        <w:t xml:space="preserve"> </w:t>
      </w:r>
      <w:r>
        <w:rPr>
          <w:lang w:eastAsia="ko-KR"/>
        </w:rPr>
        <w:t>내용은</w:t>
      </w:r>
      <w:r>
        <w:rPr>
          <w:lang w:eastAsia="ko-KR"/>
        </w:rPr>
        <w:t xml:space="preserve"> </w:t>
      </w:r>
      <w:r>
        <w:rPr>
          <w:lang w:eastAsia="ko-KR"/>
        </w:rPr>
        <w:t>외부에</w:t>
      </w:r>
      <w:r>
        <w:rPr>
          <w:lang w:eastAsia="ko-KR"/>
        </w:rPr>
        <w:t xml:space="preserve"> </w:t>
      </w:r>
      <w:r>
        <w:rPr>
          <w:lang w:eastAsia="ko-KR"/>
        </w:rPr>
        <w:t>공개되지</w:t>
      </w:r>
      <w:r>
        <w:rPr>
          <w:lang w:eastAsia="ko-KR"/>
        </w:rPr>
        <w:t xml:space="preserve"> </w:t>
      </w:r>
      <w:r>
        <w:rPr>
          <w:lang w:eastAsia="ko-KR"/>
        </w:rPr>
        <w:t>않습니다</w:t>
      </w:r>
      <w:r>
        <w:rPr>
          <w:lang w:eastAsia="ko-KR"/>
        </w:rPr>
        <w:t>.</w:t>
      </w:r>
    </w:p>
    <w:p w14:paraId="1C43EEA0" w14:textId="440263EC" w:rsidR="00B04808" w:rsidRDefault="00B04808">
      <w:pPr>
        <w:rPr>
          <w:rFonts w:eastAsia="Malgun Gothic"/>
          <w:lang w:eastAsia="ko-KR"/>
        </w:rPr>
      </w:pPr>
      <w:r>
        <w:rPr>
          <w:rFonts w:eastAsia="Malgun Gothic" w:hint="eastAsia"/>
          <w:lang w:eastAsia="ko-KR"/>
        </w:rPr>
        <w:t xml:space="preserve">                                   202</w:t>
      </w:r>
      <w:r w:rsidR="00525E46">
        <w:rPr>
          <w:rFonts w:eastAsia="Malgun Gothic"/>
          <w:lang w:eastAsia="ko-KR"/>
        </w:rPr>
        <w:t>6</w:t>
      </w:r>
      <w:r>
        <w:rPr>
          <w:rFonts w:eastAsia="Malgun Gothic" w:hint="eastAsia"/>
          <w:lang w:eastAsia="ko-KR"/>
        </w:rPr>
        <w:t>. ________________</w:t>
      </w:r>
    </w:p>
    <w:p w14:paraId="4F3CC40D" w14:textId="231A40FC" w:rsidR="00B04808" w:rsidRDefault="00B04808">
      <w:pPr>
        <w:rPr>
          <w:rFonts w:eastAsia="Malgun Gothic"/>
          <w:lang w:eastAsia="ko-KR"/>
        </w:rPr>
      </w:pPr>
      <w:r>
        <w:rPr>
          <w:rFonts w:eastAsia="Malgun Gothic" w:hint="eastAsia"/>
          <w:lang w:eastAsia="ko-KR"/>
        </w:rPr>
        <w:t xml:space="preserve">          </w:t>
      </w:r>
    </w:p>
    <w:p w14:paraId="2BC968C4" w14:textId="720064B3" w:rsidR="00B04808" w:rsidRPr="00B04808" w:rsidRDefault="00B04808">
      <w:pPr>
        <w:rPr>
          <w:rFonts w:eastAsia="Malgun Gothic"/>
          <w:lang w:eastAsia="ko-KR"/>
        </w:rPr>
      </w:pPr>
      <w:r>
        <w:rPr>
          <w:rFonts w:eastAsia="Malgun Gothic" w:hint="eastAsia"/>
          <w:lang w:eastAsia="ko-KR"/>
        </w:rPr>
        <w:t xml:space="preserve">                                             </w:t>
      </w:r>
      <w:r>
        <w:rPr>
          <w:rFonts w:eastAsia="Malgun Gothic" w:hint="eastAsia"/>
          <w:lang w:eastAsia="ko-KR"/>
        </w:rPr>
        <w:t>추천인</w:t>
      </w:r>
      <w:r>
        <w:rPr>
          <w:rFonts w:eastAsia="Malgun Gothic" w:hint="eastAsia"/>
          <w:lang w:eastAsia="ko-KR"/>
        </w:rPr>
        <w:t xml:space="preserve">:                                                  </w:t>
      </w:r>
      <w:r>
        <w:rPr>
          <w:rFonts w:eastAsia="Malgun Gothic" w:hint="eastAsia"/>
          <w:lang w:eastAsia="ko-KR"/>
        </w:rPr>
        <w:t>목사</w:t>
      </w:r>
    </w:p>
    <w:sectPr w:rsidR="00B04808" w:rsidRPr="00B048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5248441">
    <w:abstractNumId w:val="8"/>
  </w:num>
  <w:num w:numId="2" w16cid:durableId="194927408">
    <w:abstractNumId w:val="6"/>
  </w:num>
  <w:num w:numId="3" w16cid:durableId="1056050968">
    <w:abstractNumId w:val="5"/>
  </w:num>
  <w:num w:numId="4" w16cid:durableId="1115908569">
    <w:abstractNumId w:val="4"/>
  </w:num>
  <w:num w:numId="5" w16cid:durableId="1005792024">
    <w:abstractNumId w:val="7"/>
  </w:num>
  <w:num w:numId="6" w16cid:durableId="2006278851">
    <w:abstractNumId w:val="3"/>
  </w:num>
  <w:num w:numId="7" w16cid:durableId="1554272971">
    <w:abstractNumId w:val="2"/>
  </w:num>
  <w:num w:numId="8" w16cid:durableId="1211577740">
    <w:abstractNumId w:val="1"/>
  </w:num>
  <w:num w:numId="9" w16cid:durableId="97047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1F24"/>
    <w:rsid w:val="00110A0F"/>
    <w:rsid w:val="0015074B"/>
    <w:rsid w:val="0029639D"/>
    <w:rsid w:val="00326F90"/>
    <w:rsid w:val="00525E46"/>
    <w:rsid w:val="00583B90"/>
    <w:rsid w:val="00AA1D8D"/>
    <w:rsid w:val="00B0480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E7BB38"/>
  <w14:defaultImageDpi w14:val="300"/>
  <w15:docId w15:val="{2A1EBC01-732B-4648-B180-48CF01BC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Jackie Kim</cp:lastModifiedBy>
  <cp:revision>3</cp:revision>
  <dcterms:created xsi:type="dcterms:W3CDTF">2025-05-04T09:45:00Z</dcterms:created>
  <dcterms:modified xsi:type="dcterms:W3CDTF">2026-07-28T11:07:00Z</dcterms:modified>
  <cp:category/>
</cp:coreProperties>
</file>